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הרצל - מקורות ראשוניים, נקודות מבט וטיעון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ביקורתית של מקורות ראשוניים מכתבי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נקודות מבט שונות על אירועי התקופה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פסקת טיעון מובנית בנושא דמותו של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מקורות -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1897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פוגרום קישינב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טקסט שנכתב בזמן האירוע 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אלטנוילנד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הוא הדגיש דווקא שהרעיון עתיק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כתב לאחר הקונגרס בבזל ב-1897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היא נדונה בקונגרס השישי ב-1903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יומן אישי נכתב בגילוי לב, נאום פומבי מכוון לקהל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הרצל תיאר בו חברה אוטופית עתידית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דמות לנקודת המבט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(חוששת מאנטישמיות ומבקשת מקלט דחוף)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(חושש שהרעיון יפגע בהשתלבותו בתרבות האוסטרית)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(מסקר את האירוע מבחוץ מתוך סקרנות)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(כבר עובדת את האדמה ותוהה על ערך הנאומים באירופה)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עתיק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קישינב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הסתייגות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אלטנוילנד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יומן אישי נכתב לעצמי בכנות, נאום פומבי מכוון לקהל ומנוסח בזהירות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נקודת מבט אישית וחלקית; אפשר להגזים או להשמיט 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כדי להעניק לרעיון לגיטימיות והמשכיות היסטורית ולא להיראות כהוזה 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טיעון ומכתב מנקודת מבט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בודקים טענה ברורה, שני נימוקים עם ראיה מהטקסט לכל אחד, הצגת טענה נגדית ומענה מכבד, וסיכום שחוזר לטענה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מכתב המשקף את הרקע, הפחדים והתקוות הייחודיים של הדמות שנבחרה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שמקור ראשוני הוא עדות מהזמן עצמו אך חלקית וסובייקטיבית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שדמויות שונות (צעירה, סוחר, עיתונאי, מתיישבת) רואות את האירוע אחרת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שסגנון וכוונה משתנים לפי הקהל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התלמידים לקבוצות לפי הדמויות בתרגיל ההתאמה ולדון בהבדלים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בתרגיל הטיעון כדאי להדגים משפט פתיחה אחד לפני הכתיבה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כקשים ולהתמקד בהבנה הבסיסית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הרצל - מקורות ראשוניים, נקודות מבט וטיעון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נקרא קטעים קצרים שכתב הרצל, נחשוב על אנשים שונים שהיו בקונגרס, ונכתוב דעה מנומקת עליו.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מקור ראשוני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שנכתב בזמן האירוע עצמו, לא תיאור מאוחר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פסקת טיעון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כתיבה מובנית: טענה, נימוקים, ראיות, הסתייגות, סיכום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קונגרס ציוני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כינוס נציגים לדיון בדרך להקמת מדינה ליהודים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תכנית אוגנדה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הצעה שנדונה ב-1903 ליישוב זמני מחוץ לארץ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אלטנוילנד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של הרצל שמתאר חברה עתידית אוטופית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הסתייגות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הכרה בטענה נגדית ומענה עליה בכבוד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נקודת מבט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האופן שבו אדם מסוים רואה ומפרש אירוע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מקורות -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קוראים לספר של הרצל מ-1896?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יומן הקונגרס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נאום בבזל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התקיים הקונגרס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1896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1897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1903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1890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קרה לפני הדיון על אוגנדה?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פוגרום קישינב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מלחמת 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מהפכה מדינית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משבר כלכלי עולמי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המשמעות של מקור ראשוני?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 שנכתב בזמן האירוע 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 לימוד מודרני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סיכום של היסטוריון מאוחר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סרט תיעודי על האירוע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הרצל תיאר את העתיד שחלם עליו?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היומן האישי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נאום הקונגרס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טען שרעיון המדינה ליהודים הוא רעיון חדש לגמרי.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ביומנו כתב הרצל שבעוד חמישים שנה יכירו במדינת היהודים.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תכנית אוגנדה הועלתה לדיון בקונגרס הציוני הראשון.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יומן אישי ונאום פומבי נכתבים תמיד באותו סגנון בדיוק.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אלטנוילנד הוא ספר שמתאר חזון עתידי לחברה בארץ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דמות לנקודת המבט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צעירה ממזרח אירופה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חושש שהרעיון יפגע בהשתלבותו בתרבות האוסטרית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סוחר יהודי מווינה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כבר עובדת את האדמה ותוהה על ערך הנאומים באירופה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עיתונאי שוויצרי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חוששת מאנטישמיות ומבקשת מקלט דחוף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מתיישבת בארץ 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מסקר את האירוע מבחוץ מתוך סקרנות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כינה את רעיון המדינה ליהודים רעיון __________ מאוד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בקונגרס ה__________ ב-1903 נדונה הצעת אוגנדה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פוגרום __________ השפיע על הדיון בהצעת אוגנדה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פסקת טיעון בנויה מטענה, נימוקים, ראיות, __________ וסיכום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בספרו __________ תיאר הרצל חברה עתידית אוטופית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ההבדל בין יומן אישי לנאום פומבי מבחינת הסגנון והקהל?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ציינו שתי מגבלות של מקור ראשוני בהבנת אירועים היסטוריים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הרצל הדגיש שרעיון המדינה הוא עתיק? מה הוא מרוויח מכך מול קוראיו?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טיעון ומכתב מנקודת מבט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פסקת טיעון קצרה בשאלה: האם הרצל היה 'חולם' או 'מנהיג מעשי'? השתמשו במבנה טענה-נימוקים-ראיות-הסתייגות-סיכום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אחת הדמויות (צעירה ממזרח אירופה, סוחר מווינה, עיתונאי שוויצרי, מתיישבת בארץ ישראל) וכתבו מכתב קצר מנקודת מבטה על הקונגרס בבזל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מקור ראשוני ומה המגבלה שלו?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לנקודת מבט שונה על הקונגרס בבזל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יומן אישי לנאום פומבי?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הרצל - מקורות ראשוניים, נקודות מבט וטיעון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